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פירמידה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משפט הפירמידה - קומה אחר קומה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שהולכים ומתארכים בצורה שוטפת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השלמה ובניה של משפטים לפי הדוגמאות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שבכל קומה מוסיפים מילה אחת עד שמשלימים משפט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המשפט המלא שבקומה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המשפט השלם בדוגמה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חָצֵר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גֶּשֶׁם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קומות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בַּחֲנֻכָּה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בַּחֲנֻכָּה מַדְלִיקִים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בַּחֲנֻכָּה מַדְלִיקִים נֵרוֹת בְּכָל עֶרֶב.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משפט פירמידה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כל קומה מוסיפה מילה אחת, המשפט האחרון שלם והגיוני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מוסיפים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שורה שנלקחה נכונה מהדוגמאות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בחורף יורד גשם ואנחנו לובשים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בקול רם יחד, קומה אחר קומה,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לבנות פירמידה קצרה משלהם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בקריאה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פירמידה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משפטי פירמידה - משפטים שבהם כל קומה מוסיפה מילה אחת, עד שמגיעים למשפט שלם. נקרא, נשלים ונבנה משפטים כאלה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גֶּשֶׁם  ·  חָצֵר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זה 'משפט פירמידה'?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שכתוב בצורת משולש הפוך על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שבכל קומה מוסיפים מילה אחת עד שמשלימים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שיש בו רק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מילים יש בקומה הראשונה של הפירמידה?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בפירמידה הראשונה המשפט המלא הוא: הילדים והילדות משחקים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מדליקים נרות בכל ערב, לפי הפירמידה.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הַיְּלָדִים וְהַיְּלָדוֹת מְשַׂחֲקִים בֶּ__________.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בַּחֹרֶף יוֹרֵד __________ וַאֲנַחְנוּ לוֹבְשִׁים מְעִיל.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קומות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בַּחֲנֻכָּה מַדְלִיקִים נֵרוֹת בְּכָל עֶרֶב.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בַּחֲנֻכָּה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בַּחֲנֻכָּה מַדְלִיקִים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בונים משפט פירמידה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(לדוגמה: בית הספר, המשפחה, החיות) וכתבו משפט פירמידה משלכם - קומה אחת בכל שורה, עד למשפט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מוסיפים בכל קומה חדשה בפירמידה?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קומה אחת מתוך משפט פירמידה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פירמידה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