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פירמידה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משפט הפירמידה - קומה אחר קומה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שהולכים ומתארכים בצורה שוטפת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השלמה ובניה של משפטים לפי הדוגמאות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 שבכל קומה מוסיפים מילה אחת עד שמשלימים משפט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מוסיפים 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המשפט המלא שבקומה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בפירמידה כתוב שיורד גשם, לא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המשפט השלם בדוגמה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בכל קומה המשפט מתארך, לא מתקצר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הקומה הראשונה היא מילה אחת, המשפט השלם בקומה האחרונה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חָצֵר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נֵרוֹת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אֲנַחְנוּ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הַיְּלָדוֹת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קומות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בַּחֲנֻכָּה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בַּחֲנֻכָּה מַדְלִיקִים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בַּחֲנֻכָּה מַדְלִיקִים נֵרוֹת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בַּחֲנֻכָּה מַדְלִיקִים נֵרוֹת בְּכָל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בַּחֲנֻכָּה מַדְלִיקִים נֵרוֹת בְּכָל עֶרֶב.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משפט פירמידה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קריטריון: כל קומה מוסיפה מילה אחת, המשפט האחרון שלם והגיוני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קריטריון: קריאה ברורה, הוספת מילה אחת בכל פעם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מוסיפים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שורה שנלקחה נכונה מהדוגמאות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בחורף יורד גשם ואנחנו לובשים מעיל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הפירמידה בקול רם יחד, קומה אחר קומה,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לבנות פירמידה קצרה משלהם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בקריאה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פירמידה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משפטים קטנים שהולכים וגדלים. בכל שורה יש עוד מילה אחת. נקרא ונכתוב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שמתרחבת, קומה אחר קומה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שורה אחת במשפט הפירמידה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שמביעה רעיון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יחידה אחת בתוך המשפט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שלם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המלא שנמצא בקומה האחרונה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קריאה שוטפת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חלקה וברורה בלי גמגום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בונים משפט 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שכתוב בצורת משולש הפוך על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שבכל קומה מוסיפים מילה אחת עד שמשלימים משפט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שיש בו רק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שכתוב רק באותיות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יש בשורה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בכל שורה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מורידים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משפט חדש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הילדים בחצר?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לובשים בגשם?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כפפות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בפירמידה הראשונה המשפט המלא הוא: הילדים והילדות משחקים בחצר.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בפירמידה השנייה כתוב שבחורף יורד שלג.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נרות בכל ערב, לפי הפירמידה.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קומה בפירמידה המשפט מתקצר.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הקומה הראשונה בפירמידה היא תמיד המשפט השלם.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הַיְּלָדִים וְהַיְּלָדוֹת מְשַׂחֲקִים בֶּ__________.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בַּחֹרֶף יוֹרֵד __________ וַאֲנַחְנוּ לוֹבְשִׁים מְעִיל.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בַּחֲנֻכָּה מַדְלִיקִים __________ בְּכָל עֶרֶב.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בַּחֹרֶף יוֹרֵד גֶּשֶׁם וַ__________ לוֹבְשִׁים מְעִיל.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הַיְּלָדִים וְ__________ מְשַׂחֲקִים בֶּחָצֵר.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קומות 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בַּחֲנֻכָּה מַדְלִיקִים נֵרוֹת בְּכָל עֶרֶב.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בַּחֲנֻכָּה מַדְלִיקִים נֵרוֹת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בַּחֲנֻכָּה מַדְלִיקִים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בַּחֲנֻכָּה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בַּחֲנֻכָּה מַדְלִיקִים נֵרוֹת בְּכָל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בונים משפט פירמידה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(לדוגמה: בית הספר, המשפחה, החיות) וכתבו משפט פירמידה משלכם - קומה אחת בכל שורה, עד למשפט שלם.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בקול את משפט הפירמידה שכתבתם, קומה אחרי קומה.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מוסיפים בכל קומה חדשה בפירמידה?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קומה אחת מתוך משפט פירמידה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המשפט השלם שמופיע בקומה האחרונה של דוגמת החורף?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פירמידה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